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07F1072B" wp14:textId="77777777">
      <w:pPr>
        <w:spacing w:before="0" w:after="80"/>
        <w:jc w:val="center"/>
      </w:pPr>
      <w:r w:rsidRPr="5D429CAF" w:rsidR="5D429CAF">
        <w:rPr>
          <w:rFonts w:ascii="Calibri" w:hAnsi="Calibri"/>
          <w:b w:val="1"/>
          <w:bCs w:val="1"/>
          <w:color w:val="1F4E78"/>
          <w:sz w:val="36"/>
          <w:szCs w:val="36"/>
        </w:rPr>
        <w:t>RASPORED SEKCIJA, DODATNE I DOPUNSKE NASTAVE</w:t>
      </w:r>
    </w:p>
    <w:p xmlns:wp14="http://schemas.microsoft.com/office/word/2010/wordml" w14:paraId="0D3F45A0" wp14:textId="77777777">
      <w:pPr>
        <w:spacing w:after="80"/>
      </w:pPr>
      <w:r>
        <w:rPr>
          <w:b/>
          <w:color w:val="1F4E78"/>
          <w:sz w:val="22"/>
        </w:rPr>
        <w:t>LEGENDA: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xmlns:wp14="http://schemas.microsoft.com/office/word/2010/wordml" w:rsidTr="5D429CAF" w14:paraId="55AA59C6" wp14:textId="77777777">
        <w:tc>
          <w:tcPr>
            <w:tcW w:w="4680" w:type="dxa"/>
            <w:shd w:val="clear" w:color="auto" w:fill="DBE5F1" w:themeFill="accent1" w:themeFillTint="33"/>
            <w:tcMar>
              <w:top w:w="120" w:type="dxa"/>
              <w:left w:w="200" w:type="dxa"/>
              <w:bottom w:w="120" w:type="dxa"/>
              <w:left w:w="200" w:type="dxa"/>
              <w:right w:w="200" w:type="dxa"/>
            </w:tcMar>
          </w:tcPr>
          <w:p w14:paraId="24756EFC" wp14:textId="77777777">
            <w:pPr>
              <w:jc w:val="center"/>
            </w:pPr>
            <w:r>
              <w:rPr>
                <w:b/>
                <w:color w:val="002060"/>
                <w:sz w:val="21"/>
              </w:rPr>
              <w:t>PRVA SEDMICA (I SEDMICA)</w:t>
            </w:r>
          </w:p>
        </w:tc>
        <w:tc>
          <w:tcPr>
            <w:tcW w:w="4680" w:type="dxa"/>
            <w:shd w:val="clear" w:color="auto" w:fill="FABF8F" w:themeFill="accent6" w:themeFillTint="99"/>
            <w:tcMar>
              <w:top w:w="120" w:type="dxa"/>
              <w:left w:w="200" w:type="dxa"/>
              <w:bottom w:w="120" w:type="dxa"/>
              <w:left w:w="200" w:type="dxa"/>
              <w:right w:w="200" w:type="dxa"/>
            </w:tcMar>
          </w:tcPr>
          <w:p w14:paraId="3F07DA3F" wp14:textId="77777777">
            <w:pPr>
              <w:jc w:val="center"/>
            </w:pPr>
            <w:r>
              <w:rPr>
                <w:b/>
                <w:color w:val="7F6000"/>
                <w:sz w:val="21"/>
              </w:rPr>
              <w:t>DRUGA SEDMICA (II SEDMICA)</w:t>
            </w:r>
          </w:p>
        </w:tc>
      </w:tr>
    </w:tbl>
    <w:p xmlns:wp14="http://schemas.microsoft.com/office/word/2010/wordml" w14:paraId="672A6659" wp14:textId="77777777">
      <w:pPr>
        <w:spacing w:before="200" w:after="80"/>
      </w:pPr>
    </w:p>
    <w:p xmlns:wp14="http://schemas.microsoft.com/office/word/2010/wordml" w14:paraId="06E00B89" wp14:textId="77777777">
      <w:pPr>
        <w:spacing w:before="240" w:after="120"/>
      </w:pPr>
      <w:r>
        <w:rPr>
          <w:b/>
          <w:color w:val="1F4E78"/>
          <w:sz w:val="28"/>
        </w:rPr>
        <w:t>1. RASPORED SEKCIJA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xmlns:wp14="http://schemas.microsoft.com/office/word/2010/wordml" w:rsidTr="5D429CAF" w14:paraId="0909DB5B" wp14:textId="77777777">
        <w:tc>
          <w:tcPr>
            <w:tcW w:w="1152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49F19136" wp14:textId="77777777">
            <w:pPr>
              <w:jc w:val="center"/>
            </w:pPr>
            <w:r>
              <w:rPr>
                <w:b/>
                <w:color w:val="FFFFFF"/>
                <w:sz w:val="20"/>
              </w:rPr>
              <w:t>ČAS</w:t>
            </w:r>
          </w:p>
        </w:tc>
        <w:tc>
          <w:tcPr>
            <w:tcW w:w="3888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07E8ED71" wp14:textId="77777777">
            <w:pPr>
              <w:jc w:val="left"/>
            </w:pPr>
            <w:r>
              <w:rPr>
                <w:b/>
                <w:color w:val="FFFFFF"/>
                <w:sz w:val="20"/>
              </w:rPr>
              <w:t>NAZIV AKTIVNOSTI / NASTAVE</w:t>
            </w:r>
          </w:p>
        </w:tc>
        <w:tc>
          <w:tcPr>
            <w:tcW w:w="3168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1293664E" wp14:textId="77777777">
            <w:pPr>
              <w:jc w:val="left"/>
            </w:pPr>
            <w:r>
              <w:rPr>
                <w:b/>
                <w:color w:val="FFFFFF"/>
                <w:sz w:val="20"/>
              </w:rPr>
              <w:t>VODITELJ / PROFESOR</w:t>
            </w:r>
          </w:p>
        </w:tc>
        <w:tc>
          <w:tcPr>
            <w:tcW w:w="1872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71D42C88" wp14:textId="77777777">
            <w:pPr>
              <w:jc w:val="center"/>
            </w:pPr>
            <w:r>
              <w:rPr>
                <w:b/>
                <w:color w:val="FFFFFF"/>
                <w:sz w:val="20"/>
              </w:rPr>
              <w:t>UČIONICA</w:t>
            </w:r>
          </w:p>
        </w:tc>
      </w:tr>
      <w:tr xmlns:wp14="http://schemas.microsoft.com/office/word/2010/wordml" w:rsidTr="5D429CAF" w14:paraId="113126DD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54D5EF80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PONEDJELJAK</w:t>
            </w:r>
          </w:p>
        </w:tc>
      </w:tr>
      <w:tr xmlns:wp14="http://schemas.microsoft.com/office/word/2010/wordml" w:rsidTr="5D429CAF" w14:paraId="0713D686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BC6DBBF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AFE332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PRVA POMOĆ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5D208B5" wp14:textId="77777777">
            <w:pPr>
              <w:jc w:val="left"/>
            </w:pPr>
            <w:r>
              <w:rPr>
                <w:color w:val="1F1F1F"/>
                <w:sz w:val="19"/>
              </w:rPr>
              <w:t>MIRNESA HAMZIĆ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8F999B5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62F92B8C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8212400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053FE56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LIKOVNA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988F457" wp14:textId="77777777">
            <w:pPr>
              <w:jc w:val="left"/>
            </w:pPr>
            <w:r>
              <w:rPr>
                <w:color w:val="1F1F1F"/>
                <w:sz w:val="19"/>
              </w:rPr>
              <w:t>IVANKA RAGUŽ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1C0AA51" wp14:textId="77777777">
            <w:pPr>
              <w:jc w:val="center"/>
            </w:pPr>
            <w:r>
              <w:rPr>
                <w:color w:val="1F1F1F"/>
                <w:sz w:val="19"/>
              </w:rPr>
              <w:t>27</w:t>
            </w:r>
          </w:p>
        </w:tc>
      </w:tr>
      <w:tr xmlns:wp14="http://schemas.microsoft.com/office/word/2010/wordml" w:rsidTr="5D429CAF" w14:paraId="6F3C4D09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F9ABB3F" wp14:textId="77777777">
            <w:pPr>
              <w:jc w:val="center"/>
            </w:pPr>
            <w:r>
              <w:rPr>
                <w:color w:val="1F1F1F"/>
                <w:sz w:val="19"/>
              </w:rPr>
              <w:t>4.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3E7939C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LIKOVNO-KREATIVNA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D8E5982" wp14:textId="77777777">
            <w:pPr>
              <w:jc w:val="left"/>
            </w:pPr>
            <w:r>
              <w:rPr>
                <w:color w:val="1F1F1F"/>
                <w:sz w:val="19"/>
              </w:rPr>
              <w:t>MILIJANA PLJEVALJČIĆ, MAJA KAPIĆ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4C26413" wp14:textId="77777777">
            <w:pPr>
              <w:jc w:val="center"/>
            </w:pPr>
            <w:r>
              <w:rPr>
                <w:color w:val="1F1F1F"/>
                <w:sz w:val="19"/>
              </w:rPr>
              <w:t>22</w:t>
            </w:r>
          </w:p>
        </w:tc>
      </w:tr>
      <w:tr xmlns:wp14="http://schemas.microsoft.com/office/word/2010/wordml" w:rsidTr="5D429CAF" w14:paraId="7B908C26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6C72689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5A591B4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LIKOVNO-KREATIVNA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68959C5" wp14:textId="77777777">
            <w:pPr>
              <w:jc w:val="left"/>
            </w:pPr>
            <w:r>
              <w:rPr>
                <w:color w:val="1F1F1F"/>
                <w:sz w:val="19"/>
              </w:rPr>
              <w:t>MILIJANA PLJEVALJČIĆ, MAJA KAPIĆ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7581EC8" wp14:textId="77777777">
            <w:pPr>
              <w:jc w:val="center"/>
            </w:pPr>
            <w:r>
              <w:rPr>
                <w:color w:val="1F1F1F"/>
                <w:sz w:val="19"/>
              </w:rPr>
              <w:t>22</w:t>
            </w:r>
          </w:p>
        </w:tc>
      </w:tr>
      <w:tr xmlns:wp14="http://schemas.microsoft.com/office/word/2010/wordml" w:rsidTr="5D429CAF" w14:paraId="25773ED2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127FDAC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A56DE43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EKOLOŠKA SEKCIJA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22826B8" wp14:textId="77777777">
            <w:pPr>
              <w:jc w:val="left"/>
            </w:pPr>
            <w:r>
              <w:rPr>
                <w:color w:val="1F1F1F"/>
                <w:sz w:val="19"/>
              </w:rPr>
              <w:t>MERVANA AVDUKIĆ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144751B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770F7603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4E9243C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33A0AEF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EKOLOŠKA SEKCIJA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038C3CB" wp14:textId="77777777">
            <w:pPr>
              <w:jc w:val="left"/>
            </w:pPr>
            <w:r>
              <w:rPr>
                <w:color w:val="1F1F1F"/>
                <w:sz w:val="19"/>
              </w:rPr>
              <w:t>MERVANA AVDUKIĆ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F6FB1E0" wp14:textId="77777777">
            <w:pPr>
              <w:jc w:val="center"/>
            </w:pPr>
            <w:r>
              <w:rPr>
                <w:color w:val="1F1F1F"/>
                <w:sz w:val="19"/>
              </w:rPr>
              <w:t>53</w:t>
            </w:r>
          </w:p>
        </w:tc>
      </w:tr>
      <w:tr xmlns:wp14="http://schemas.microsoft.com/office/word/2010/wordml" w:rsidTr="5D429CAF" w14:paraId="467BED58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212A139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E6748B0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MUZIČKO (HOR, ORKESTAR)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275D593" wp14:textId="77777777">
            <w:pPr>
              <w:jc w:val="left"/>
            </w:pPr>
            <w:r>
              <w:rPr>
                <w:color w:val="1F1F1F"/>
                <w:sz w:val="19"/>
              </w:rPr>
              <w:t>SAMIR KUŠUMOVIĆ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48FF5BF" wp14:textId="77777777">
            <w:pPr>
              <w:jc w:val="center"/>
            </w:pPr>
            <w:r>
              <w:rPr>
                <w:color w:val="1F1F1F"/>
                <w:sz w:val="19"/>
              </w:rPr>
              <w:t>MUZIČKA KULTURA</w:t>
            </w:r>
          </w:p>
        </w:tc>
      </w:tr>
      <w:tr xmlns:wp14="http://schemas.microsoft.com/office/word/2010/wordml" w:rsidTr="5D429CAF" w14:paraId="3C4AC874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135CBF0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1B8D975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PRVA POMOĆ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DBB60BC" wp14:textId="77777777">
            <w:pPr>
              <w:jc w:val="left"/>
            </w:pPr>
            <w:r>
              <w:rPr>
                <w:color w:val="1F1F1F"/>
                <w:sz w:val="19"/>
              </w:rPr>
              <w:t>MIRNESA HAMZIĆ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28EF461" wp14:textId="77777777">
            <w:pPr>
              <w:jc w:val="center"/>
            </w:pPr>
            <w:r>
              <w:rPr>
                <w:color w:val="1F1F1F"/>
                <w:sz w:val="19"/>
              </w:rPr>
              <w:t>FIZ / HEM</w:t>
            </w:r>
          </w:p>
        </w:tc>
      </w:tr>
      <w:tr xmlns:wp14="http://schemas.microsoft.com/office/word/2010/wordml" w:rsidTr="5D429CAF" w14:paraId="6D85952A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B6CD06F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C7E1B95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KOŠARKAŠKA SEKCIJA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0EFEC55" wp14:textId="77777777">
            <w:pPr>
              <w:jc w:val="left"/>
            </w:pPr>
            <w:r>
              <w:rPr>
                <w:color w:val="1F1F1F"/>
                <w:sz w:val="19"/>
              </w:rPr>
              <w:t>AJDIN SOFRADŽIJA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E95E44C" wp14:textId="77777777">
            <w:pPr>
              <w:jc w:val="center"/>
            </w:pPr>
            <w:r>
              <w:rPr>
                <w:color w:val="1F1F1F"/>
                <w:sz w:val="19"/>
              </w:rPr>
              <w:t>SALA</w:t>
            </w:r>
          </w:p>
        </w:tc>
      </w:tr>
      <w:tr xmlns:wp14="http://schemas.microsoft.com/office/word/2010/wordml" w:rsidTr="5D429CAF" w14:paraId="4FCCB0CA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0079244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85A05C8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EKOLOŠKA SEKCIJA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297DDB4" wp14:textId="77777777">
            <w:pPr>
              <w:jc w:val="left"/>
            </w:pPr>
            <w:r>
              <w:rPr>
                <w:color w:val="1F1F1F"/>
                <w:sz w:val="19"/>
              </w:rPr>
              <w:t>MERVANA AVDUKIĆ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8E884CA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170A5163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EECEDAA" wp14:textId="77777777">
            <w:pPr>
              <w:jc w:val="center"/>
            </w:pPr>
            <w:r>
              <w:rPr>
                <w:color w:val="1F1F1F"/>
                <w:sz w:val="19"/>
              </w:rPr>
              <w:t>4.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2B98D2F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ZVJEZDICE SCENE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EA4F1A4" wp14:textId="77777777">
            <w:pPr>
              <w:jc w:val="left"/>
            </w:pPr>
            <w:r>
              <w:rPr>
                <w:color w:val="1F1F1F"/>
                <w:sz w:val="19"/>
              </w:rPr>
              <w:t>EDINA HRNJIČIĆ, LEJLA HUSIĆ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2E4F76D" wp14:textId="77777777">
            <w:pPr>
              <w:jc w:val="center"/>
            </w:pPr>
            <w:r>
              <w:rPr>
                <w:color w:val="1F1F1F"/>
                <w:sz w:val="19"/>
              </w:rPr>
              <w:t>23</w:t>
            </w:r>
          </w:p>
        </w:tc>
      </w:tr>
      <w:tr xmlns:wp14="http://schemas.microsoft.com/office/word/2010/wordml" w:rsidTr="5D429CAF" w14:paraId="3541FC82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F71838D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5650AA1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ZVJEZDICE SCENE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D731457" wp14:textId="77777777">
            <w:pPr>
              <w:jc w:val="left"/>
            </w:pPr>
            <w:r>
              <w:rPr>
                <w:color w:val="1F1F1F"/>
                <w:sz w:val="19"/>
              </w:rPr>
              <w:t>LEJLA HUSIĆ, EDINA HRNJIČIĆ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46E8674" wp14:textId="77777777">
            <w:pPr>
              <w:jc w:val="center"/>
            </w:pPr>
            <w:r>
              <w:rPr>
                <w:color w:val="1F1F1F"/>
                <w:sz w:val="19"/>
              </w:rPr>
              <w:t>23</w:t>
            </w:r>
          </w:p>
        </w:tc>
      </w:tr>
      <w:tr xmlns:wp14="http://schemas.microsoft.com/office/word/2010/wordml" w:rsidTr="5D429CAF" w14:paraId="627AB6AF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44251AD5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UTORAK</w:t>
            </w:r>
          </w:p>
        </w:tc>
      </w:tr>
      <w:tr xmlns:wp14="http://schemas.microsoft.com/office/word/2010/wordml" w:rsidTr="5D429CAF" w14:paraId="18B693C8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C3A5C70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F1C22E4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ŠAH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F38EE1F" wp14:textId="77777777">
            <w:pPr>
              <w:jc w:val="left"/>
            </w:pPr>
            <w:r>
              <w:rPr>
                <w:color w:val="1F1F1F"/>
                <w:sz w:val="19"/>
              </w:rPr>
              <w:t>RIFET MUHIĆ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26D80A2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3219EFA2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DA4C988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1AEE5EB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ŠAH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4141412" wp14:textId="77777777">
            <w:pPr>
              <w:jc w:val="left"/>
            </w:pPr>
            <w:r>
              <w:rPr>
                <w:color w:val="1F1F1F"/>
                <w:sz w:val="19"/>
              </w:rPr>
              <w:t>RIFET MUHIĆ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D9857E1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0FAE09EB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BB9AF4F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099B9F6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ORKESTAR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E208174" wp14:textId="77777777">
            <w:pPr>
              <w:jc w:val="left"/>
            </w:pPr>
            <w:r>
              <w:rPr>
                <w:color w:val="1F1F1F"/>
                <w:sz w:val="19"/>
              </w:rPr>
              <w:t>SAMIR KUŠUMOVIĆ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2075DDC" wp14:textId="77777777">
            <w:pPr>
              <w:jc w:val="center"/>
            </w:pPr>
            <w:r>
              <w:rPr>
                <w:color w:val="1F1F1F"/>
                <w:sz w:val="19"/>
              </w:rPr>
              <w:t>MK</w:t>
            </w:r>
          </w:p>
        </w:tc>
      </w:tr>
      <w:tr xmlns:wp14="http://schemas.microsoft.com/office/word/2010/wordml" w:rsidTr="5D429CAF" w14:paraId="65C396CB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1FA6016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08AAB5C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NOVINARSKA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3083FD8" wp14:textId="77777777">
            <w:pPr>
              <w:jc w:val="left"/>
            </w:pPr>
            <w:r>
              <w:rPr>
                <w:color w:val="1F1F1F"/>
                <w:sz w:val="19"/>
              </w:rPr>
              <w:t>ALMA PAŠALIĆ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8861898" wp14:textId="77777777">
            <w:pPr>
              <w:jc w:val="center"/>
            </w:pPr>
            <w:r>
              <w:rPr>
                <w:color w:val="1F1F1F"/>
                <w:sz w:val="19"/>
              </w:rPr>
              <w:t>50</w:t>
            </w:r>
          </w:p>
        </w:tc>
      </w:tr>
      <w:tr xmlns:wp14="http://schemas.microsoft.com/office/word/2010/wordml" w:rsidTr="5D429CAF" w14:paraId="7BF9B165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7886996" wp14:textId="77777777">
            <w:pPr>
              <w:jc w:val="center"/>
            </w:pPr>
            <w:r>
              <w:rPr>
                <w:color w:val="1F1F1F"/>
                <w:sz w:val="19"/>
              </w:rPr>
              <w:t>2.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5244F45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NOVINARSKA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4755ED0" wp14:textId="77777777">
            <w:pPr>
              <w:jc w:val="left"/>
            </w:pPr>
            <w:r>
              <w:rPr>
                <w:color w:val="1F1F1F"/>
                <w:sz w:val="19"/>
              </w:rPr>
              <w:t>ALMA PAŠALIĆ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842F596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50CB53DF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9DDA70A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965E4B9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MALI IZVIĐAČI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2EBF19B" wp14:textId="77777777">
            <w:pPr>
              <w:jc w:val="left"/>
            </w:pPr>
            <w:r>
              <w:rPr>
                <w:color w:val="1F1F1F"/>
                <w:sz w:val="19"/>
              </w:rPr>
              <w:t>AMILA ZUKANOVIĆ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CC21B90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2E275C05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6B67560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71BE9CB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DRAMSKA SEKCIJA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A95CCF1" wp14:textId="77777777">
            <w:pPr>
              <w:jc w:val="left"/>
            </w:pPr>
            <w:r>
              <w:rPr>
                <w:color w:val="1F1F1F"/>
                <w:sz w:val="19"/>
              </w:rPr>
              <w:t>NIZAMA UHOTA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38328F9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08A13F1D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4607F41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C16454F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RITMIKA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8A5DABF" wp14:textId="77777777">
            <w:pPr>
              <w:jc w:val="left"/>
            </w:pPr>
            <w:r>
              <w:rPr>
                <w:color w:val="1F1F1F"/>
                <w:sz w:val="19"/>
              </w:rPr>
              <w:t>AMINA SERDAREVIĆ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8E52AA1" wp14:textId="77777777">
            <w:pPr>
              <w:jc w:val="center"/>
            </w:pPr>
            <w:r>
              <w:rPr>
                <w:color w:val="1F1F1F"/>
                <w:sz w:val="19"/>
              </w:rPr>
              <w:t>47</w:t>
            </w:r>
          </w:p>
        </w:tc>
      </w:tr>
      <w:tr xmlns:wp14="http://schemas.microsoft.com/office/word/2010/wordml" w:rsidTr="5D429CAF" w14:paraId="4082DEE0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C984F16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C55851B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MALI FOLKLOR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2901199" wp14:textId="77777777">
            <w:pPr>
              <w:jc w:val="left"/>
            </w:pPr>
            <w:r>
              <w:rPr>
                <w:color w:val="1F1F1F"/>
                <w:sz w:val="19"/>
              </w:rPr>
              <w:t>AIDA REDŽEP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B568215" wp14:textId="77777777">
            <w:pPr>
              <w:jc w:val="center"/>
            </w:pPr>
            <w:r>
              <w:rPr>
                <w:color w:val="1F1F1F"/>
                <w:sz w:val="19"/>
              </w:rPr>
              <w:t>21</w:t>
            </w:r>
          </w:p>
        </w:tc>
      </w:tr>
      <w:tr xmlns:wp14="http://schemas.microsoft.com/office/word/2010/wordml" w:rsidTr="5D429CAF" w14:paraId="0FAE7727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6C09262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174A76D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MUZIČKO (HOR, ORKESTAR)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22C7FFF" wp14:textId="77777777">
            <w:pPr>
              <w:jc w:val="left"/>
            </w:pPr>
            <w:r>
              <w:rPr>
                <w:color w:val="1F1F1F"/>
                <w:sz w:val="19"/>
              </w:rPr>
              <w:t>SAMIR KUŠUMOVIĆ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23DE37A" wp14:textId="77777777">
            <w:pPr>
              <w:jc w:val="center"/>
            </w:pPr>
            <w:r>
              <w:rPr>
                <w:color w:val="1F1F1F"/>
                <w:sz w:val="19"/>
              </w:rPr>
              <w:t>MUZIČKO</w:t>
            </w:r>
          </w:p>
        </w:tc>
      </w:tr>
      <w:tr xmlns:wp14="http://schemas.microsoft.com/office/word/2010/wordml" w:rsidTr="5D429CAF" w14:paraId="0DBA076A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3C99920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BB6B89E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PLANINARSKA SEKCIJA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CAC5F7A" wp14:textId="77777777">
            <w:pPr>
              <w:jc w:val="left"/>
            </w:pPr>
            <w:r>
              <w:rPr>
                <w:color w:val="1F1F1F"/>
                <w:sz w:val="19"/>
              </w:rPr>
              <w:t>MIRNES BEŠIĆ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847A633" wp14:textId="77777777">
            <w:pPr>
              <w:jc w:val="center"/>
            </w:pPr>
            <w:r>
              <w:rPr>
                <w:color w:val="1F1F1F"/>
                <w:sz w:val="19"/>
              </w:rPr>
              <w:t>19</w:t>
            </w:r>
          </w:p>
        </w:tc>
      </w:tr>
      <w:tr xmlns:wp14="http://schemas.microsoft.com/office/word/2010/wordml" w:rsidTr="5D429CAF" w14:paraId="5FAE7566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526D126E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SRIJEDA</w:t>
            </w:r>
          </w:p>
        </w:tc>
      </w:tr>
      <w:tr xmlns:wp14="http://schemas.microsoft.com/office/word/2010/wordml" w:rsidTr="5D429CAF" w14:paraId="05FF0A9F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EFBB40E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A73B04B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MALA ŠKOLA DOMAĆINSTVA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D160551" wp14:textId="77777777">
            <w:pPr>
              <w:jc w:val="left"/>
            </w:pPr>
            <w:r>
              <w:rPr>
                <w:color w:val="1F1F1F"/>
                <w:sz w:val="19"/>
              </w:rPr>
              <w:t>FATIMA GEŽO, AIDA HEĆIMOVIĆ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818E51F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0D5444C7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D733FC2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FA54EEB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MALA ŠKOLA DOMAĆINSTVA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86B60AD" wp14:textId="77777777">
            <w:pPr>
              <w:jc w:val="left"/>
            </w:pPr>
            <w:r>
              <w:rPr>
                <w:color w:val="1F1F1F"/>
                <w:sz w:val="19"/>
              </w:rPr>
              <w:t>FATIMA GEŽO, AIDA HEĆIMOVIĆ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D34F29C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344B0D86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ED844E2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73D8C7C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MALI EKOLOZI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7C9FE9E" wp14:textId="77777777">
            <w:pPr>
              <w:jc w:val="left"/>
            </w:pPr>
            <w:r>
              <w:rPr>
                <w:color w:val="1F1F1F"/>
                <w:sz w:val="19"/>
              </w:rPr>
              <w:t>ELVIRA HANDAN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3538BBD" wp14:textId="77777777">
            <w:pPr>
              <w:jc w:val="center"/>
            </w:pPr>
            <w:r>
              <w:rPr>
                <w:color w:val="1F1F1F"/>
                <w:sz w:val="19"/>
              </w:rPr>
              <w:t>22</w:t>
            </w:r>
          </w:p>
        </w:tc>
      </w:tr>
      <w:tr xmlns:wp14="http://schemas.microsoft.com/office/word/2010/wordml" w:rsidTr="5D429CAF" w14:paraId="6E880AEA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8817B36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E41F490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ŠKOLSKA SAOBRAĆAJNA PATROLA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002A3A0" wp14:textId="77777777">
            <w:pPr>
              <w:jc w:val="left"/>
            </w:pPr>
            <w:r>
              <w:rPr>
                <w:color w:val="1F1F1F"/>
                <w:sz w:val="19"/>
              </w:rPr>
              <w:t>HANA IMAMOVIĆ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C14D38D" wp14:textId="77777777">
            <w:pPr>
              <w:jc w:val="center"/>
            </w:pPr>
            <w:r>
              <w:rPr>
                <w:color w:val="1F1F1F"/>
                <w:sz w:val="19"/>
              </w:rPr>
              <w:t>19</w:t>
            </w:r>
          </w:p>
        </w:tc>
      </w:tr>
      <w:tr xmlns:wp14="http://schemas.microsoft.com/office/word/2010/wordml" w:rsidTr="5D429CAF" w14:paraId="3BA5C457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3F6C74F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601FB54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HOR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BF73014" wp14:textId="77777777">
            <w:pPr>
              <w:jc w:val="left"/>
            </w:pPr>
            <w:r>
              <w:rPr>
                <w:color w:val="1F1F1F"/>
                <w:sz w:val="19"/>
              </w:rPr>
              <w:t>SAMIR KUŠUMOVIĆ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15FF37E" wp14:textId="77777777">
            <w:pPr>
              <w:jc w:val="center"/>
            </w:pPr>
            <w:r>
              <w:rPr>
                <w:color w:val="1F1F1F"/>
                <w:sz w:val="19"/>
              </w:rPr>
              <w:t>MK</w:t>
            </w:r>
          </w:p>
        </w:tc>
      </w:tr>
      <w:tr xmlns:wp14="http://schemas.microsoft.com/office/word/2010/wordml" w:rsidTr="5D429CAF" w14:paraId="40F3FC62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2CA6C66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C31D63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LITERARNA SEKCIJA III i IV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8C48B36" wp14:textId="77777777">
            <w:pPr>
              <w:jc w:val="left"/>
            </w:pPr>
            <w:r>
              <w:rPr>
                <w:color w:val="1F1F1F"/>
                <w:sz w:val="19"/>
              </w:rPr>
              <w:t>BILJANA POPADIĆ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B4C6DBE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6D1F5DCB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84095D5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E56A05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LITERARNA SEKCIJA III i IV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2E18CDA" wp14:textId="77777777">
            <w:pPr>
              <w:jc w:val="left"/>
            </w:pPr>
            <w:r>
              <w:rPr>
                <w:color w:val="1F1F1F"/>
                <w:sz w:val="19"/>
              </w:rPr>
              <w:t>BILJANA POPADIĆ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08A69A7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249753D5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A56C3A9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B921E03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LITERARNA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5838343" wp14:textId="77777777">
            <w:pPr>
              <w:jc w:val="left"/>
            </w:pPr>
            <w:r>
              <w:rPr>
                <w:color w:val="1F1F1F"/>
                <w:sz w:val="19"/>
              </w:rPr>
              <w:t>SANELA MEŠIĆ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65B2BCC" wp14:textId="77777777">
            <w:pPr>
              <w:jc w:val="center"/>
            </w:pPr>
            <w:r>
              <w:rPr>
                <w:color w:val="1F1F1F"/>
                <w:sz w:val="19"/>
              </w:rPr>
              <w:t>19</w:t>
            </w:r>
          </w:p>
        </w:tc>
      </w:tr>
      <w:tr xmlns:wp14="http://schemas.microsoft.com/office/word/2010/wordml" w:rsidTr="5D429CAF" w14:paraId="20566D3F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8F25EF2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FAC8E89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LITERARNA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D9A4AB4" wp14:textId="77777777">
            <w:pPr>
              <w:jc w:val="left"/>
            </w:pPr>
            <w:r>
              <w:rPr>
                <w:color w:val="1F1F1F"/>
                <w:sz w:val="19"/>
              </w:rPr>
              <w:t>SANELA MEŠIĆ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C8C1C60" wp14:textId="77777777">
            <w:pPr>
              <w:jc w:val="center"/>
            </w:pPr>
            <w:r>
              <w:rPr>
                <w:color w:val="1F1F1F"/>
                <w:sz w:val="19"/>
              </w:rPr>
              <w:t>19</w:t>
            </w:r>
          </w:p>
        </w:tc>
      </w:tr>
      <w:tr xmlns:wp14="http://schemas.microsoft.com/office/word/2010/wordml" w:rsidTr="5D429CAF" w14:paraId="4F31A0A8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4EBAB6F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5C4CD0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MLADI TEHNIČARI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4D0AE51" wp14:textId="77777777">
            <w:pPr>
              <w:jc w:val="left"/>
            </w:pPr>
            <w:r>
              <w:rPr>
                <w:color w:val="1F1F1F"/>
                <w:sz w:val="19"/>
              </w:rPr>
              <w:t>AIDA KARAHODŽIĆ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9201542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57DB225A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81AF2B4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8D7B8AA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MLADI TEHNIČARI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6DFA056" wp14:textId="77777777">
            <w:pPr>
              <w:jc w:val="left"/>
            </w:pPr>
            <w:r>
              <w:rPr>
                <w:color w:val="1F1F1F"/>
                <w:sz w:val="19"/>
              </w:rPr>
              <w:t>AIDA KARAHODŽIĆ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8F2BA91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39BF38A8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346BCA1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CB5F0D0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FOLKLOR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E568468" wp14:textId="77777777">
            <w:pPr>
              <w:jc w:val="left"/>
            </w:pPr>
            <w:r>
              <w:rPr>
                <w:color w:val="1F1F1F"/>
                <w:sz w:val="19"/>
              </w:rPr>
              <w:t>AMILA ZUKANOVIĆ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63AF537" wp14:textId="77777777">
            <w:pPr>
              <w:jc w:val="center"/>
            </w:pPr>
            <w:r>
              <w:rPr>
                <w:color w:val="1F1F1F"/>
                <w:sz w:val="19"/>
              </w:rPr>
              <w:t>47</w:t>
            </w:r>
          </w:p>
        </w:tc>
      </w:tr>
      <w:tr xmlns:wp14="http://schemas.microsoft.com/office/word/2010/wordml" w:rsidTr="5D429CAF" w14:paraId="02F4BCD4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4CF8CF2D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ČETVRTAK</w:t>
            </w:r>
          </w:p>
        </w:tc>
      </w:tr>
      <w:tr xmlns:wp14="http://schemas.microsoft.com/office/word/2010/wordml" w:rsidTr="5D429CAF" w14:paraId="593D7844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C594440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8E32D91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HORSKA SEKCIJA (MALI)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DD186F4" wp14:textId="77777777">
            <w:pPr>
              <w:jc w:val="left"/>
            </w:pPr>
            <w:r>
              <w:rPr>
                <w:color w:val="1F1F1F"/>
                <w:sz w:val="19"/>
              </w:rPr>
              <w:t>AIDA NUHIĆ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50DF569" wp14:textId="77777777">
            <w:pPr>
              <w:jc w:val="center"/>
            </w:pPr>
            <w:r>
              <w:rPr>
                <w:color w:val="1F1F1F"/>
                <w:sz w:val="19"/>
              </w:rPr>
              <w:t>47</w:t>
            </w:r>
          </w:p>
        </w:tc>
      </w:tr>
      <w:tr xmlns:wp14="http://schemas.microsoft.com/office/word/2010/wordml" w:rsidTr="5D429CAF" w14:paraId="1F9EC593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FB69539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37649D9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HORSKA SEKCIJA (MALI)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87C9C3F" wp14:textId="77777777">
            <w:pPr>
              <w:jc w:val="left"/>
            </w:pPr>
            <w:r>
              <w:rPr>
                <w:color w:val="1F1F1F"/>
                <w:sz w:val="19"/>
              </w:rPr>
              <w:t>AIDA NUHIĆ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A7D0E50" wp14:textId="77777777">
            <w:pPr>
              <w:jc w:val="center"/>
            </w:pPr>
            <w:r>
              <w:rPr>
                <w:color w:val="1F1F1F"/>
                <w:sz w:val="19"/>
              </w:rPr>
              <w:t>47</w:t>
            </w:r>
          </w:p>
        </w:tc>
      </w:tr>
      <w:tr xmlns:wp14="http://schemas.microsoft.com/office/word/2010/wordml" w:rsidTr="5D429CAF" w14:paraId="4CC436F1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1361BD6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9FA5B76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RECITATORSKA SEKCIJA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A6D6582" wp14:textId="77777777">
            <w:pPr>
              <w:jc w:val="left"/>
            </w:pPr>
            <w:r>
              <w:rPr>
                <w:color w:val="1F1F1F"/>
                <w:sz w:val="19"/>
              </w:rPr>
              <w:t>AMINA ČOVRK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AE9101A" wp14:textId="77777777">
            <w:pPr>
              <w:jc w:val="center"/>
            </w:pPr>
            <w:r>
              <w:rPr>
                <w:color w:val="1F1F1F"/>
                <w:sz w:val="19"/>
              </w:rPr>
              <w:t>19</w:t>
            </w:r>
          </w:p>
        </w:tc>
      </w:tr>
      <w:tr xmlns:wp14="http://schemas.microsoft.com/office/word/2010/wordml" w:rsidTr="5D429CAF" w14:paraId="07D8F064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E1226D5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FA4E99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SAOBRAĆAJNA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BAFA45A" wp14:textId="77777777">
            <w:pPr>
              <w:jc w:val="left"/>
            </w:pPr>
            <w:r>
              <w:rPr>
                <w:color w:val="1F1F1F"/>
                <w:sz w:val="19"/>
              </w:rPr>
              <w:t>ARIF GANIJA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7741FF6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7AEF68EE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1BD3FC6" wp14:textId="77777777">
            <w:pPr>
              <w:jc w:val="center"/>
            </w:pPr>
            <w:r>
              <w:rPr>
                <w:color w:val="1F1F1F"/>
                <w:sz w:val="19"/>
              </w:rPr>
              <w:t>2.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CB5EDD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SAOBRAĆAJNA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B02C304" wp14:textId="77777777">
            <w:pPr>
              <w:jc w:val="left"/>
            </w:pPr>
            <w:r>
              <w:rPr>
                <w:color w:val="1F1F1F"/>
                <w:sz w:val="19"/>
              </w:rPr>
              <w:t>ARIF GANIJA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77261A9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5AC7F581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3D6AC7C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D7FE73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DRAMSKA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CB193E7" wp14:textId="77777777">
            <w:pPr>
              <w:jc w:val="left"/>
            </w:pPr>
            <w:r>
              <w:rPr>
                <w:color w:val="1F1F1F"/>
                <w:sz w:val="19"/>
              </w:rPr>
              <w:t>NAIDA ŠALAKA I FADILA IBRAHIMOVIĆ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79B2FCD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4E9C89D1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AA7BBBF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61D412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DRAMSKA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5C05939" wp14:textId="77777777">
            <w:pPr>
              <w:jc w:val="left"/>
            </w:pPr>
            <w:r>
              <w:rPr>
                <w:color w:val="1F1F1F"/>
                <w:sz w:val="19"/>
              </w:rPr>
              <w:t>NAIDA ŠALAKA I FADILA IBRAHIMOVIĆ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052EA3A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2585A7B9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57ADE85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05595D3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MEDIJSKA PISMENOST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CCE1529" wp14:textId="77777777">
            <w:pPr>
              <w:jc w:val="left"/>
            </w:pPr>
            <w:r>
              <w:rPr>
                <w:color w:val="1F1F1F"/>
                <w:sz w:val="19"/>
              </w:rPr>
              <w:t>EDITA FAJIĆ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D8EB8EE" wp14:textId="77777777">
            <w:pPr>
              <w:jc w:val="center"/>
            </w:pPr>
            <w:r>
              <w:rPr>
                <w:color w:val="1F1F1F"/>
                <w:sz w:val="19"/>
              </w:rPr>
              <w:t>24</w:t>
            </w:r>
          </w:p>
        </w:tc>
      </w:tr>
      <w:tr xmlns:wp14="http://schemas.microsoft.com/office/word/2010/wordml" w:rsidTr="5D429CAF" w14:paraId="4FF9569B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5F726524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PETAK</w:t>
            </w:r>
          </w:p>
        </w:tc>
      </w:tr>
      <w:tr xmlns:wp14="http://schemas.microsoft.com/office/word/2010/wordml" w:rsidTr="5D429CAF" w14:paraId="1CD54FD6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9E9F23E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0B4B8F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FOTOGRAFSKA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AB7CDBA" wp14:textId="77777777">
            <w:pPr>
              <w:jc w:val="left"/>
            </w:pPr>
            <w:r>
              <w:rPr>
                <w:color w:val="1F1F1F"/>
                <w:sz w:val="19"/>
              </w:rPr>
              <w:t>AIDA KARAHODŽIĆ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40CBC6B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466D892D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991AFA5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15357FE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FOTOGRAFSKA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91585F6" wp14:textId="77777777">
            <w:pPr>
              <w:jc w:val="left"/>
            </w:pPr>
            <w:r>
              <w:rPr>
                <w:color w:val="1F1F1F"/>
                <w:sz w:val="19"/>
              </w:rPr>
              <w:t>AIDA KARAHODŽIĆ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6CC3BBA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063C576F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7FFAEFB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C480E43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DRAMSKA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E502606" wp14:textId="77777777">
            <w:pPr>
              <w:jc w:val="left"/>
            </w:pPr>
            <w:r>
              <w:rPr>
                <w:color w:val="1F1F1F"/>
                <w:sz w:val="19"/>
              </w:rPr>
              <w:t>NIZAMA UHOTA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0CA47E3" wp14:textId="77777777">
            <w:pPr>
              <w:jc w:val="center"/>
            </w:pPr>
            <w:r>
              <w:rPr>
                <w:color w:val="1F1F1F"/>
                <w:sz w:val="19"/>
              </w:rPr>
              <w:t>46</w:t>
            </w:r>
          </w:p>
        </w:tc>
      </w:tr>
      <w:tr xmlns:wp14="http://schemas.microsoft.com/office/word/2010/wordml" w:rsidTr="5D429CAF" w14:paraId="0410CA1A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33E46A7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A5835B6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CIVITAS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720DA2F" wp14:textId="77777777">
            <w:pPr>
              <w:jc w:val="left"/>
            </w:pPr>
            <w:r>
              <w:rPr>
                <w:color w:val="1F1F1F"/>
                <w:sz w:val="19"/>
              </w:rPr>
              <w:t>SELMA KAROVIĆ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78F4F14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638B917C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C9BA3B2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A1A6E9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CIVITAS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275CC59" wp14:textId="77777777">
            <w:pPr>
              <w:jc w:val="left"/>
            </w:pPr>
            <w:r>
              <w:rPr>
                <w:color w:val="1F1F1F"/>
                <w:sz w:val="19"/>
              </w:rPr>
              <w:t>SELMA KAROVIĆ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BBCF047" wp14:textId="77777777">
            <w:pPr>
              <w:jc w:val="center"/>
            </w:pPr>
            <w:r>
              <w:rPr>
                <w:color w:val="1F1F1F"/>
                <w:sz w:val="19"/>
              </w:rPr>
              <w:t>46</w:t>
            </w:r>
          </w:p>
        </w:tc>
      </w:tr>
      <w:tr xmlns:wp14="http://schemas.microsoft.com/office/word/2010/wordml" w:rsidTr="5D429CAF" w14:paraId="68EE0114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B106924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6380AB4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ODBOJKA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5682493" wp14:textId="77777777">
            <w:pPr>
              <w:jc w:val="left"/>
            </w:pPr>
            <w:r>
              <w:rPr>
                <w:color w:val="1F1F1F"/>
                <w:sz w:val="19"/>
              </w:rPr>
              <w:t>MIRNES BEŠIĆ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69611F3" wp14:textId="77777777">
            <w:pPr>
              <w:jc w:val="center"/>
            </w:pPr>
            <w:r>
              <w:rPr>
                <w:color w:val="1F1F1F"/>
                <w:sz w:val="19"/>
              </w:rPr>
              <w:t>SALA</w:t>
            </w:r>
          </w:p>
        </w:tc>
      </w:tr>
      <w:tr xmlns:wp14="http://schemas.microsoft.com/office/word/2010/wordml" w:rsidTr="5D429CAF" w14:paraId="1FBC76F2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FCE5976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E18BEC9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MUZIČKO (HOR, ORKESTAR)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4B4FF19" wp14:textId="77777777">
            <w:pPr>
              <w:jc w:val="left"/>
            </w:pPr>
            <w:r>
              <w:rPr>
                <w:color w:val="1F1F1F"/>
                <w:sz w:val="19"/>
              </w:rPr>
              <w:t>SAMIR KUŠUMOVIĆ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FC54ECE" wp14:textId="77777777">
            <w:pPr>
              <w:jc w:val="center"/>
            </w:pPr>
            <w:r>
              <w:rPr>
                <w:color w:val="1F1F1F"/>
                <w:sz w:val="19"/>
              </w:rPr>
              <w:t>MUZIČKO</w:t>
            </w:r>
          </w:p>
        </w:tc>
      </w:tr>
      <w:tr xmlns:wp14="http://schemas.microsoft.com/office/word/2010/wordml" w:rsidTr="5D429CAF" w14:paraId="6733A81B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0F86C50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393C22D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PLANINARSKA SEKCIJA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3522CAE" wp14:textId="77777777">
            <w:pPr>
              <w:jc w:val="left"/>
            </w:pPr>
            <w:r>
              <w:rPr>
                <w:color w:val="1F1F1F"/>
                <w:sz w:val="19"/>
              </w:rPr>
              <w:t>MIRNES BEŠIĆ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62372F5" wp14:textId="77777777">
            <w:pPr>
              <w:jc w:val="center"/>
            </w:pPr>
            <w:r>
              <w:rPr>
                <w:color w:val="1F1F1F"/>
                <w:sz w:val="19"/>
              </w:rPr>
              <w:t>19</w:t>
            </w:r>
          </w:p>
        </w:tc>
      </w:tr>
    </w:tbl>
    <w:p xmlns:wp14="http://schemas.microsoft.com/office/word/2010/wordml" w14:paraId="0A37501D" wp14:textId="77777777">
      <w:pPr>
        <w:spacing w:before="200"/>
      </w:pPr>
    </w:p>
    <w:p xmlns:wp14="http://schemas.microsoft.com/office/word/2010/wordml" w14:paraId="3DC57E44" wp14:textId="77777777">
      <w:pPr>
        <w:spacing w:before="280" w:after="120"/>
      </w:pPr>
      <w:r>
        <w:rPr>
          <w:b/>
          <w:color w:val="1F4E78"/>
          <w:sz w:val="28"/>
        </w:rPr>
        <w:t>2. RASPORED DODATNE I DOPUNSKE NASTAVE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xmlns:wp14="http://schemas.microsoft.com/office/word/2010/wordml" w:rsidTr="5D429CAF" w14:paraId="069662CB" wp14:textId="77777777">
        <w:tc>
          <w:tcPr>
            <w:tcW w:w="1152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50FD4DD8" wp14:textId="77777777">
            <w:pPr>
              <w:jc w:val="center"/>
            </w:pPr>
            <w:r>
              <w:rPr>
                <w:b/>
                <w:color w:val="FFFFFF"/>
                <w:sz w:val="20"/>
              </w:rPr>
              <w:t>ČAS</w:t>
            </w:r>
          </w:p>
        </w:tc>
        <w:tc>
          <w:tcPr>
            <w:tcW w:w="3888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4216F33B" wp14:textId="77777777">
            <w:pPr>
              <w:jc w:val="left"/>
            </w:pPr>
            <w:r>
              <w:rPr>
                <w:b/>
                <w:color w:val="FFFFFF"/>
                <w:sz w:val="20"/>
              </w:rPr>
              <w:t>NAZIV AKTIVNOSTI / NASTAVE</w:t>
            </w:r>
          </w:p>
        </w:tc>
        <w:tc>
          <w:tcPr>
            <w:tcW w:w="3168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3A7DC663" wp14:textId="77777777">
            <w:pPr>
              <w:jc w:val="left"/>
            </w:pPr>
            <w:r>
              <w:rPr>
                <w:b/>
                <w:color w:val="FFFFFF"/>
                <w:sz w:val="20"/>
              </w:rPr>
              <w:t>VODITELJ / PROFESOR</w:t>
            </w:r>
          </w:p>
        </w:tc>
        <w:tc>
          <w:tcPr>
            <w:tcW w:w="1872" w:type="dxa"/>
            <w:shd w:val="clear" w:color="auto" w:fill="1F4E78"/>
            <w:tcMar>
              <w:top w:w="140" w:type="dxa"/>
              <w:left w:w="100" w:type="dxa"/>
              <w:bottom w:w="140" w:type="dxa"/>
              <w:left w:w="100" w:type="dxa"/>
              <w:right w:w="100" w:type="dxa"/>
            </w:tcMar>
          </w:tcPr>
          <w:p w14:paraId="1E36209C" wp14:textId="77777777">
            <w:pPr>
              <w:jc w:val="center"/>
            </w:pPr>
            <w:r>
              <w:rPr>
                <w:b/>
                <w:color w:val="FFFFFF"/>
                <w:sz w:val="20"/>
              </w:rPr>
              <w:t>UČIONICA</w:t>
            </w:r>
          </w:p>
        </w:tc>
      </w:tr>
      <w:tr xmlns:wp14="http://schemas.microsoft.com/office/word/2010/wordml" w:rsidTr="5D429CAF" w14:paraId="3F665F49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6CE0B2C5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PONEDJELJAK</w:t>
            </w:r>
          </w:p>
        </w:tc>
      </w:tr>
      <w:tr xmlns:wp14="http://schemas.microsoft.com/office/word/2010/wordml" w:rsidTr="5D429CAF" w14:paraId="0D20863A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44EC277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A71572E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IX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8EC6FD3" wp14:textId="77777777">
            <w:pPr>
              <w:jc w:val="left"/>
            </w:pPr>
            <w:r>
              <w:rPr>
                <w:color w:val="1F1F1F"/>
                <w:sz w:val="19"/>
              </w:rPr>
              <w:t>ALMINA MUHAMEDOVIĆ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21A289F" wp14:textId="77777777">
            <w:pPr>
              <w:jc w:val="center"/>
            </w:pPr>
            <w:r>
              <w:rPr>
                <w:color w:val="1F1F1F"/>
                <w:sz w:val="19"/>
              </w:rPr>
              <w:t>19</w:t>
            </w:r>
          </w:p>
        </w:tc>
      </w:tr>
      <w:tr xmlns:wp14="http://schemas.microsoft.com/office/word/2010/wordml" w:rsidTr="5D429CAF" w14:paraId="0D6073D5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9D6126B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06D10A8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FIZIKA VIII i IX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3009E3B" wp14:textId="77777777">
            <w:pPr>
              <w:jc w:val="left"/>
            </w:pPr>
            <w:r>
              <w:rPr>
                <w:color w:val="1F1F1F"/>
                <w:sz w:val="19"/>
              </w:rPr>
              <w:t>FATIMA SOFTIĆ AVDIĆ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C57E71E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687DED6B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FC028E6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C675775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VIII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29FF0DC" wp14:textId="77777777">
            <w:pPr>
              <w:jc w:val="left"/>
            </w:pPr>
            <w:r>
              <w:rPr>
                <w:color w:val="1F1F1F"/>
                <w:sz w:val="19"/>
              </w:rPr>
              <w:t>SAJRA PLEH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EC8893D" wp14:textId="77777777">
            <w:pPr>
              <w:jc w:val="center"/>
            </w:pPr>
            <w:r>
              <w:rPr>
                <w:color w:val="1F1F1F"/>
                <w:sz w:val="19"/>
              </w:rPr>
              <w:t>50</w:t>
            </w:r>
          </w:p>
        </w:tc>
      </w:tr>
      <w:tr xmlns:wp14="http://schemas.microsoft.com/office/word/2010/wordml" w:rsidTr="5D429CAF" w14:paraId="7EA128B6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166B389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039C351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VI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D337773" wp14:textId="77777777">
            <w:pPr>
              <w:jc w:val="left"/>
            </w:pPr>
            <w:r>
              <w:rPr>
                <w:color w:val="1F1F1F"/>
                <w:sz w:val="19"/>
              </w:rPr>
              <w:t>ARNESA ČUČIĆ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7F78040" wp14:textId="77777777">
            <w:pPr>
              <w:jc w:val="center"/>
            </w:pPr>
            <w:r>
              <w:rPr>
                <w:color w:val="1F1F1F"/>
                <w:sz w:val="19"/>
              </w:rPr>
              <w:t>27</w:t>
            </w:r>
          </w:p>
        </w:tc>
      </w:tr>
      <w:tr xmlns:wp14="http://schemas.microsoft.com/office/word/2010/wordml" w:rsidTr="5D429CAF" w14:paraId="60EA3E67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2A307BC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2EE3450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VII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7F47DC9" wp14:textId="77777777">
            <w:pPr>
              <w:jc w:val="left"/>
            </w:pPr>
            <w:r>
              <w:rPr>
                <w:color w:val="1F1F1F"/>
                <w:sz w:val="19"/>
              </w:rPr>
              <w:t>ELZA GRADAŠČEVIĆ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4B6C890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36680AFB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1BF37A6" wp14:textId="77777777">
            <w:pPr>
              <w:jc w:val="center"/>
            </w:pPr>
            <w:r>
              <w:rPr>
                <w:color w:val="1F1F1F"/>
                <w:sz w:val="19"/>
              </w:rPr>
              <w:t>2.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5795FEB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VII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D68FD1F" wp14:textId="77777777">
            <w:pPr>
              <w:jc w:val="left"/>
            </w:pPr>
            <w:r>
              <w:rPr>
                <w:color w:val="1F1F1F"/>
                <w:sz w:val="19"/>
              </w:rPr>
              <w:t>ELZA GRADAŠČEVIĆ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8A8CB7E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558530CA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31514A3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96326E6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VIII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CDE9BCA" wp14:textId="77777777">
            <w:pPr>
              <w:jc w:val="left"/>
            </w:pPr>
            <w:r>
              <w:rPr>
                <w:color w:val="1F1F1F"/>
                <w:sz w:val="19"/>
              </w:rPr>
              <w:t>ARNESA ČUČIĆ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CDC7B3B" wp14:textId="77777777">
            <w:pPr>
              <w:jc w:val="center"/>
            </w:pPr>
            <w:r>
              <w:rPr>
                <w:color w:val="1F1F1F"/>
                <w:sz w:val="19"/>
              </w:rPr>
              <w:t>27</w:t>
            </w:r>
          </w:p>
        </w:tc>
      </w:tr>
      <w:tr xmlns:wp14="http://schemas.microsoft.com/office/word/2010/wordml" w:rsidTr="5D429CAF" w14:paraId="1128953B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CFA6C60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FD581B9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DOPUNSKA IZ MATEMATIKE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3EB5EA5" wp14:textId="77777777">
            <w:pPr>
              <w:jc w:val="left"/>
            </w:pPr>
            <w:r>
              <w:rPr>
                <w:color w:val="1F1F1F"/>
                <w:sz w:val="19"/>
              </w:rPr>
              <w:t>FATIMA GEŽO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E57E82F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638B1047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CD3DF9E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14D0CEA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BIODIVERZITET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45FEF5E" wp14:textId="77777777">
            <w:pPr>
              <w:jc w:val="left"/>
            </w:pPr>
            <w:r>
              <w:rPr>
                <w:color w:val="1F1F1F"/>
                <w:sz w:val="19"/>
              </w:rPr>
              <w:t>SENADA MUSTAFIĆ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D5E96B7" wp14:textId="77777777">
            <w:pPr>
              <w:jc w:val="center"/>
            </w:pPr>
            <w:r>
              <w:rPr>
                <w:color w:val="1F1F1F"/>
                <w:sz w:val="19"/>
              </w:rPr>
              <w:t>PREDKABINET BIOLOGIJE</w:t>
            </w:r>
          </w:p>
        </w:tc>
      </w:tr>
      <w:tr xmlns:wp14="http://schemas.microsoft.com/office/word/2010/wordml" w:rsidTr="5D429CAF" w14:paraId="5DBFA362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2C7A5B5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8A29464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BIODIVERZITET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82575E9" wp14:textId="77777777">
            <w:pPr>
              <w:jc w:val="left"/>
            </w:pPr>
            <w:r>
              <w:rPr>
                <w:color w:val="1F1F1F"/>
                <w:sz w:val="19"/>
              </w:rPr>
              <w:t>SENADA MUSTAFIĆ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7E503D4" wp14:textId="77777777">
            <w:pPr>
              <w:jc w:val="center"/>
            </w:pPr>
            <w:r>
              <w:rPr>
                <w:color w:val="1F1F1F"/>
                <w:sz w:val="19"/>
              </w:rPr>
              <w:t>PREDKABINET BIOLOGIJE</w:t>
            </w:r>
          </w:p>
        </w:tc>
      </w:tr>
      <w:tr xmlns:wp14="http://schemas.microsoft.com/office/word/2010/wordml" w:rsidTr="5D429CAF" w14:paraId="617E045E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650860C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23E3E51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DOPUNSKA BJK, HJK, SJK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BCCE5C5" wp14:textId="77777777">
            <w:pPr>
              <w:jc w:val="left"/>
            </w:pPr>
            <w:r>
              <w:rPr>
                <w:color w:val="1F1F1F"/>
                <w:sz w:val="19"/>
              </w:rPr>
              <w:t>BELMA EMINAGIĆ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5631579" wp14:textId="77777777">
            <w:pPr>
              <w:jc w:val="center"/>
            </w:pPr>
            <w:r>
              <w:rPr>
                <w:color w:val="1F1F1F"/>
                <w:sz w:val="19"/>
              </w:rPr>
              <w:t>27</w:t>
            </w:r>
          </w:p>
        </w:tc>
      </w:tr>
      <w:tr xmlns:wp14="http://schemas.microsoft.com/office/word/2010/wordml" w:rsidTr="5D429CAF" w14:paraId="48EC8DDC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1C7A979B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UTORAK</w:t>
            </w:r>
          </w:p>
        </w:tc>
      </w:tr>
      <w:tr xmlns:wp14="http://schemas.microsoft.com/office/word/2010/wordml" w:rsidTr="5D429CAF" w14:paraId="65103F73" wp14:textId="77777777">
        <w:tc>
          <w:tcPr>
            <w:tcW w:w="1152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823F356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D819334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V</w:t>
            </w:r>
          </w:p>
        </w:tc>
        <w:tc>
          <w:tcPr>
            <w:tcW w:w="3168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1652796" wp14:textId="77777777">
            <w:pPr>
              <w:jc w:val="left"/>
            </w:pPr>
            <w:r>
              <w:rPr>
                <w:color w:val="1F1F1F"/>
                <w:sz w:val="19"/>
              </w:rPr>
              <w:t>KIMETA DRKENDA</w:t>
            </w:r>
          </w:p>
        </w:tc>
        <w:tc>
          <w:tcPr>
            <w:tcW w:w="1872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FDF81A3" wp14:textId="77777777">
            <w:pPr>
              <w:jc w:val="center"/>
            </w:pPr>
            <w:r>
              <w:rPr>
                <w:color w:val="1F1F1F"/>
                <w:sz w:val="19"/>
              </w:rPr>
              <w:t>46</w:t>
            </w:r>
          </w:p>
        </w:tc>
      </w:tr>
      <w:tr xmlns:wp14="http://schemas.microsoft.com/office/word/2010/wordml" w:rsidTr="5D429CAF" w14:paraId="4169FD67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60FA118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3BFEEF1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FIZIKA VIII i IX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A3C3283" wp14:textId="77777777">
            <w:pPr>
              <w:jc w:val="left"/>
            </w:pPr>
            <w:r>
              <w:rPr>
                <w:color w:val="1F1F1F"/>
                <w:sz w:val="19"/>
              </w:rPr>
              <w:t>FATIMA SOFTIĆ AVDIĆ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498B772" wp14:textId="77777777">
            <w:pPr>
              <w:jc w:val="center"/>
            </w:pPr>
            <w:r>
              <w:rPr>
                <w:color w:val="1F1F1F"/>
                <w:sz w:val="19"/>
              </w:rPr>
              <w:t>47</w:t>
            </w:r>
          </w:p>
        </w:tc>
      </w:tr>
      <w:tr xmlns:wp14="http://schemas.microsoft.com/office/word/2010/wordml" w:rsidTr="5D429CAF" w14:paraId="58A2CDD7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054DF40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DF809BE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FIZIKA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36E3427" wp14:textId="77777777">
            <w:pPr>
              <w:jc w:val="left"/>
            </w:pPr>
            <w:r>
              <w:rPr>
                <w:color w:val="1F1F1F"/>
                <w:sz w:val="19"/>
              </w:rPr>
              <w:t>FATIMA SOFTIĆ AVDIĆ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AE91C80" wp14:textId="77777777">
            <w:pPr>
              <w:jc w:val="center"/>
            </w:pPr>
            <w:r>
              <w:rPr>
                <w:color w:val="1F1F1F"/>
                <w:sz w:val="19"/>
              </w:rPr>
              <w:t>50</w:t>
            </w:r>
          </w:p>
        </w:tc>
      </w:tr>
      <w:tr xmlns:wp14="http://schemas.microsoft.com/office/word/2010/wordml" w:rsidTr="5D429CAF" w14:paraId="7D2B6FD1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1B4A2F7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93AC840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DOPUNSKA IZ MATEMATIKE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39BFC34" wp14:textId="77777777">
            <w:pPr>
              <w:jc w:val="left"/>
            </w:pPr>
            <w:r>
              <w:rPr>
                <w:color w:val="1F1F1F"/>
                <w:sz w:val="19"/>
              </w:rPr>
              <w:t>FATIMA GEŽO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DBDCC2B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  <w:tr xmlns:wp14="http://schemas.microsoft.com/office/word/2010/wordml" w:rsidTr="5D429CAF" w14:paraId="40128373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277A2986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SRIJEDA</w:t>
            </w:r>
          </w:p>
        </w:tc>
      </w:tr>
      <w:tr xmlns:wp14="http://schemas.microsoft.com/office/word/2010/wordml" w:rsidTr="5D429CAF" w14:paraId="39328A36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27F435B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716D9B1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IX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13E77B6" wp14:textId="77777777">
            <w:pPr>
              <w:jc w:val="left"/>
            </w:pPr>
            <w:r>
              <w:rPr>
                <w:color w:val="1F1F1F"/>
                <w:sz w:val="19"/>
              </w:rPr>
              <w:t>ALMINA MUHAMEDOVIĆ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506DA48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117E72BE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98FA8C1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4F2959E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401F9EB" wp14:textId="77777777">
            <w:pPr>
              <w:jc w:val="left"/>
            </w:pPr>
            <w:r>
              <w:rPr>
                <w:color w:val="1F1F1F"/>
                <w:sz w:val="19"/>
              </w:rPr>
              <w:t>KIMETA DRKENDA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CFD04B5" wp14:textId="77777777">
            <w:pPr>
              <w:jc w:val="center"/>
            </w:pPr>
            <w:r>
              <w:rPr>
                <w:color w:val="1F1F1F"/>
                <w:sz w:val="19"/>
              </w:rPr>
              <w:t>46</w:t>
            </w:r>
          </w:p>
        </w:tc>
      </w:tr>
      <w:tr xmlns:wp14="http://schemas.microsoft.com/office/word/2010/wordml" w:rsidTr="5D429CAF" w14:paraId="33FA69AA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A5E5F96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54F55AF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INFORMATIKA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A17DF8C" wp14:textId="77777777">
            <w:pPr>
              <w:jc w:val="left"/>
            </w:pPr>
            <w:r>
              <w:rPr>
                <w:color w:val="1F1F1F"/>
                <w:sz w:val="19"/>
              </w:rPr>
              <w:t>LAMIJA ZULČIĆ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D2F8659" wp14:textId="77777777">
            <w:pPr>
              <w:jc w:val="center"/>
            </w:pPr>
            <w:r>
              <w:rPr>
                <w:color w:val="1F1F1F"/>
                <w:sz w:val="19"/>
              </w:rPr>
              <w:t>INFORMATIKA</w:t>
            </w:r>
          </w:p>
        </w:tc>
      </w:tr>
      <w:tr xmlns:wp14="http://schemas.microsoft.com/office/word/2010/wordml" w:rsidTr="5D429CAF" w14:paraId="20338D30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21AA363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37DA857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DOPUNSKA IZ BJK, HJK, SJK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55B9129" wp14:textId="77777777">
            <w:pPr>
              <w:jc w:val="left"/>
            </w:pPr>
            <w:r>
              <w:rPr>
                <w:color w:val="1F1F1F"/>
                <w:sz w:val="19"/>
              </w:rPr>
              <w:t>BELMA EMINAGIĆ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4397A95" wp14:textId="77777777">
            <w:pPr>
              <w:jc w:val="center"/>
            </w:pPr>
            <w:r>
              <w:rPr>
                <w:color w:val="1F1F1F"/>
                <w:sz w:val="19"/>
              </w:rPr>
              <w:t>44</w:t>
            </w:r>
          </w:p>
        </w:tc>
      </w:tr>
      <w:tr xmlns:wp14="http://schemas.microsoft.com/office/word/2010/wordml" w:rsidTr="5D429CAF" w14:paraId="348A4DEF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4D1AB2F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2F34CE6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NJEMAČKI JEZIK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C06844C" wp14:textId="77777777">
            <w:pPr>
              <w:jc w:val="left"/>
            </w:pPr>
            <w:r>
              <w:rPr>
                <w:color w:val="1F1F1F"/>
                <w:sz w:val="19"/>
              </w:rPr>
              <w:t>DŽENITA ŠOPOVIĆ KESIĆ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3AB6127" wp14:textId="77777777">
            <w:pPr>
              <w:jc w:val="center"/>
            </w:pPr>
            <w:r>
              <w:rPr>
                <w:color w:val="1F1F1F"/>
                <w:sz w:val="19"/>
              </w:rPr>
              <w:t>INFORMATIKA</w:t>
            </w:r>
          </w:p>
        </w:tc>
      </w:tr>
      <w:tr xmlns:wp14="http://schemas.microsoft.com/office/word/2010/wordml" w:rsidTr="5D429CAF" w14:paraId="10C126B4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1556D1E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2E4A78A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GEOGRAFIJA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8A3988D" wp14:textId="77777777">
            <w:pPr>
              <w:jc w:val="left"/>
            </w:pPr>
            <w:r>
              <w:rPr>
                <w:color w:val="1F1F1F"/>
                <w:sz w:val="19"/>
              </w:rPr>
              <w:t>HAJRA ĆOROVIĆ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7287505" wp14:textId="77777777">
            <w:pPr>
              <w:jc w:val="center"/>
            </w:pPr>
            <w:r>
              <w:rPr>
                <w:color w:val="1F1F1F"/>
                <w:sz w:val="19"/>
              </w:rPr>
              <w:t>22</w:t>
            </w:r>
          </w:p>
        </w:tc>
      </w:tr>
      <w:tr xmlns:wp14="http://schemas.microsoft.com/office/word/2010/wordml" w:rsidTr="5D429CAF" w14:paraId="5FD391E9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C11B08E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BFE380B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GEOGRAFIJA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0276040" wp14:textId="77777777">
            <w:pPr>
              <w:jc w:val="left"/>
            </w:pPr>
            <w:r>
              <w:rPr>
                <w:color w:val="1F1F1F"/>
                <w:sz w:val="19"/>
              </w:rPr>
              <w:t>HAJRA ĆOROVIĆ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C89F634" wp14:textId="77777777">
            <w:pPr>
              <w:jc w:val="center"/>
            </w:pPr>
            <w:r>
              <w:rPr>
                <w:color w:val="1F1F1F"/>
                <w:sz w:val="19"/>
              </w:rPr>
              <w:t>22</w:t>
            </w:r>
          </w:p>
        </w:tc>
      </w:tr>
      <w:tr xmlns:wp14="http://schemas.microsoft.com/office/word/2010/wordml" w:rsidTr="5D429CAF" w14:paraId="43453C7D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EB2685C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B2FCA19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NJEMAČKI JEZIK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436213D" wp14:textId="77777777">
            <w:pPr>
              <w:jc w:val="left"/>
            </w:pPr>
            <w:r>
              <w:rPr>
                <w:color w:val="1F1F1F"/>
                <w:sz w:val="19"/>
              </w:rPr>
              <w:t>DŽENITA ŠOPOVIĆ KESIĆ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80B5DA0" wp14:textId="77777777">
            <w:pPr>
              <w:jc w:val="center"/>
            </w:pPr>
            <w:r>
              <w:rPr>
                <w:color w:val="1F1F1F"/>
                <w:sz w:val="19"/>
              </w:rPr>
              <w:t>INFORMATIKA</w:t>
            </w:r>
          </w:p>
        </w:tc>
      </w:tr>
      <w:tr xmlns:wp14="http://schemas.microsoft.com/office/word/2010/wordml" w:rsidTr="5D429CAF" w14:paraId="41FC84AD" wp14:textId="77777777">
        <w:tc>
          <w:tcPr>
            <w:tcW w:w="1152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DA2223F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9A9A16A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HEMIJA</w:t>
            </w:r>
          </w:p>
        </w:tc>
        <w:tc>
          <w:tcPr>
            <w:tcW w:w="3168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56C902A" wp14:textId="77777777">
            <w:pPr>
              <w:jc w:val="left"/>
            </w:pPr>
            <w:r>
              <w:rPr>
                <w:color w:val="1F1F1F"/>
                <w:sz w:val="19"/>
              </w:rPr>
              <w:t>MIRNESA HAMZIĆ</w:t>
            </w:r>
          </w:p>
        </w:tc>
        <w:tc>
          <w:tcPr>
            <w:tcW w:w="1872" w:type="dxa"/>
            <w:shd w:val="clear" w:color="auto" w:fill="B4C6E7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AFB958C" wp14:textId="77777777">
            <w:pPr>
              <w:jc w:val="center"/>
            </w:pPr>
            <w:r>
              <w:rPr>
                <w:color w:val="1F1F1F"/>
                <w:sz w:val="19"/>
              </w:rPr>
              <w:t>36</w:t>
            </w:r>
          </w:p>
        </w:tc>
      </w:tr>
      <w:tr xmlns:wp14="http://schemas.microsoft.com/office/word/2010/wordml" w:rsidTr="5D429CAF" w14:paraId="40228DA8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0F658DBA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ČETVRTAK</w:t>
            </w:r>
          </w:p>
        </w:tc>
      </w:tr>
      <w:tr xmlns:wp14="http://schemas.microsoft.com/office/word/2010/wordml" w:rsidTr="5D429CAF" w14:paraId="29DD4C41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C7E1D0E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DE61968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ENGLESKI JEZIK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92C3BF1" wp14:textId="77777777">
            <w:pPr>
              <w:jc w:val="left"/>
            </w:pPr>
            <w:r>
              <w:rPr>
                <w:color w:val="1F1F1F"/>
                <w:sz w:val="19"/>
              </w:rPr>
              <w:t>EDINA FEJZOVIĆ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E643A39" wp14:textId="77777777">
            <w:pPr>
              <w:jc w:val="center"/>
            </w:pPr>
            <w:r>
              <w:rPr>
                <w:color w:val="1F1F1F"/>
                <w:sz w:val="19"/>
              </w:rPr>
              <w:t>2</w:t>
            </w:r>
          </w:p>
        </w:tc>
      </w:tr>
      <w:tr xmlns:wp14="http://schemas.microsoft.com/office/word/2010/wordml" w:rsidTr="5D429CAF" w14:paraId="76A58BDA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988E46E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FA1A33E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 VIII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98BF6E9" wp14:textId="77777777">
            <w:pPr>
              <w:jc w:val="left"/>
            </w:pPr>
            <w:r>
              <w:rPr>
                <w:color w:val="1F1F1F"/>
                <w:sz w:val="19"/>
              </w:rPr>
              <w:t>SAJRA PLEH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69DD920" wp14:textId="77777777">
            <w:pPr>
              <w:jc w:val="center"/>
            </w:pPr>
            <w:r>
              <w:rPr>
                <w:color w:val="1F1F1F"/>
                <w:sz w:val="19"/>
              </w:rPr>
              <w:t>46</w:t>
            </w:r>
          </w:p>
        </w:tc>
      </w:tr>
      <w:tr xmlns:wp14="http://schemas.microsoft.com/office/word/2010/wordml" w:rsidTr="5D429CAF" w14:paraId="0FF160CF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175C2A5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150AF288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DODATNA IZ BOSANSKOG VIII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51168D2" wp14:textId="77777777">
            <w:pPr>
              <w:jc w:val="left"/>
            </w:pPr>
            <w:r>
              <w:rPr>
                <w:color w:val="1F1F1F"/>
                <w:sz w:val="19"/>
              </w:rPr>
              <w:t>ALMA PAŠALIĆ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C375A72" wp14:textId="77777777">
            <w:pPr>
              <w:jc w:val="center"/>
            </w:pPr>
            <w:r>
              <w:rPr>
                <w:color w:val="1F1F1F"/>
                <w:sz w:val="19"/>
              </w:rPr>
              <w:t>21</w:t>
            </w:r>
          </w:p>
        </w:tc>
      </w:tr>
      <w:tr xmlns:wp14="http://schemas.microsoft.com/office/word/2010/wordml" w:rsidTr="5D429CAF" w14:paraId="338748A7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6CBCBC9" wp14:textId="77777777">
            <w:pPr>
              <w:jc w:val="center"/>
            </w:pPr>
            <w:r>
              <w:rPr>
                <w:color w:val="1F1F1F"/>
                <w:sz w:val="19"/>
              </w:rPr>
              <w:t>2.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D24E5B8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DODATNA IZ BOSANSKOG JEZIKA VIII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BAE264B" wp14:textId="77777777">
            <w:pPr>
              <w:jc w:val="left"/>
            </w:pPr>
            <w:r>
              <w:rPr>
                <w:color w:val="1F1F1F"/>
                <w:sz w:val="19"/>
              </w:rPr>
              <w:t>ALMA PAŠALIĆ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214D53D" wp14:textId="77777777">
            <w:pPr>
              <w:jc w:val="center"/>
            </w:pPr>
            <w:r>
              <w:rPr>
                <w:color w:val="1F1F1F"/>
                <w:sz w:val="19"/>
              </w:rPr>
              <w:t>22</w:t>
            </w:r>
          </w:p>
        </w:tc>
      </w:tr>
      <w:tr xmlns:wp14="http://schemas.microsoft.com/office/word/2010/wordml" w:rsidTr="5D429CAF" w14:paraId="0E523996" wp14:textId="77777777">
        <w:tc>
          <w:tcPr>
            <w:tcW w:w="10080" w:type="dxa"/>
            <w:gridSpan w:val="4"/>
            <w:shd w:val="clear" w:color="auto" w:fill="2F5496"/>
            <w:tcMar>
              <w:top w:w="100" w:type="dxa"/>
              <w:left w:w="120" w:type="dxa"/>
              <w:bottom w:w="100" w:type="dxa"/>
              <w:left w:w="120" w:type="dxa"/>
              <w:right w:w="120" w:type="dxa"/>
            </w:tcMar>
          </w:tcPr>
          <w:p w14:paraId="42F25A5F" wp14:textId="77777777">
            <w:pPr>
              <w:jc w:val="left"/>
            </w:pPr>
            <w:r>
              <w:rPr>
                <w:b/>
                <w:color w:val="FFFFFF"/>
                <w:sz w:val="22"/>
              </w:rPr>
              <w:t>PETAK</w:t>
            </w:r>
          </w:p>
        </w:tc>
      </w:tr>
      <w:tr xmlns:wp14="http://schemas.microsoft.com/office/word/2010/wordml" w:rsidTr="5D429CAF" w14:paraId="52F52378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E3A48DB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50A848A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HEMIJA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0A8F688" wp14:textId="77777777">
            <w:pPr>
              <w:jc w:val="left"/>
            </w:pPr>
            <w:r>
              <w:rPr>
                <w:color w:val="1F1F1F"/>
                <w:sz w:val="19"/>
              </w:rPr>
              <w:t>MIRNESA HAMZIĆ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70091A6" wp14:textId="77777777">
            <w:pPr>
              <w:jc w:val="center"/>
            </w:pPr>
            <w:r>
              <w:rPr>
                <w:color w:val="1F1F1F"/>
                <w:sz w:val="19"/>
              </w:rPr>
              <w:t>44</w:t>
            </w:r>
          </w:p>
        </w:tc>
      </w:tr>
      <w:tr xmlns:wp14="http://schemas.microsoft.com/office/word/2010/wordml" w:rsidTr="5D429CAF" w14:paraId="66AFFE85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86BEFD3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A9ADA6F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MATEMATIKA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75D4F16" wp14:textId="77777777">
            <w:pPr>
              <w:jc w:val="left"/>
            </w:pPr>
            <w:r>
              <w:rPr>
                <w:color w:val="1F1F1F"/>
                <w:sz w:val="19"/>
              </w:rPr>
              <w:t>ARNESA ČUČIĆ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D36B0B9" wp14:textId="77777777">
            <w:pPr>
              <w:jc w:val="center"/>
            </w:pPr>
            <w:r>
              <w:rPr>
                <w:color w:val="1F1F1F"/>
                <w:sz w:val="19"/>
              </w:rPr>
              <w:t>44</w:t>
            </w:r>
          </w:p>
        </w:tc>
      </w:tr>
      <w:tr xmlns:wp14="http://schemas.microsoft.com/office/word/2010/wordml" w:rsidTr="5D429CAF" w14:paraId="2625F598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4260F5C" wp14:textId="77777777">
            <w:pPr>
              <w:jc w:val="center"/>
            </w:pPr>
            <w:r>
              <w:rPr>
                <w:color w:val="1F1F1F"/>
                <w:sz w:val="19"/>
              </w:rPr>
              <w:t>1.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BBB0102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HISTORIJA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AADB828" wp14:textId="77777777">
            <w:pPr>
              <w:jc w:val="left"/>
            </w:pPr>
            <w:r>
              <w:rPr>
                <w:color w:val="1F1F1F"/>
                <w:sz w:val="19"/>
              </w:rPr>
              <w:t>MERIMA KAPETANOVIĆ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FA2CFEC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424DB196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64AE1D35" wp14:textId="77777777">
            <w:pPr>
              <w:jc w:val="center"/>
            </w:pPr>
            <w:r>
              <w:rPr>
                <w:color w:val="1F1F1F"/>
                <w:sz w:val="19"/>
              </w:rPr>
              <w:t>5.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09D3143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DODATNA NASTAVA VII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196F813" wp14:textId="77777777">
            <w:pPr>
              <w:jc w:val="left"/>
            </w:pPr>
            <w:r>
              <w:rPr>
                <w:color w:val="1F1F1F"/>
                <w:sz w:val="19"/>
              </w:rPr>
              <w:t>SANELA MEŠIĆ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FEF56A6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65B62779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2ABE3AB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5CDF1BB6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DODATNA NASTAVA VII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735A935" wp14:textId="77777777">
            <w:pPr>
              <w:jc w:val="left"/>
            </w:pPr>
            <w:r>
              <w:rPr>
                <w:color w:val="1F1F1F"/>
                <w:sz w:val="19"/>
              </w:rPr>
              <w:t>SANELA MEŠIĆ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3EC37D8" wp14:textId="77777777">
            <w:pPr>
              <w:jc w:val="center"/>
            </w:pPr>
            <w:r>
              <w:rPr>
                <w:color w:val="1F1F1F"/>
                <w:sz w:val="19"/>
              </w:rPr>
              <w:t>TEHNIČKA KULTURA</w:t>
            </w:r>
          </w:p>
        </w:tc>
      </w:tr>
      <w:tr xmlns:wp14="http://schemas.microsoft.com/office/word/2010/wordml" w:rsidTr="5D429CAF" w14:paraId="36369E12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7F1B2EA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00357C75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DOPUNSKA IZ MATEMATIKE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71FB6AA" wp14:textId="77777777">
            <w:pPr>
              <w:jc w:val="left"/>
            </w:pPr>
            <w:r>
              <w:rPr>
                <w:color w:val="1F1F1F"/>
                <w:sz w:val="19"/>
              </w:rPr>
              <w:t>SAJRA PLEH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74989F9" wp14:textId="77777777">
            <w:pPr>
              <w:jc w:val="center"/>
            </w:pPr>
            <w:r>
              <w:rPr>
                <w:color w:val="1F1F1F"/>
                <w:sz w:val="19"/>
              </w:rPr>
              <w:t>47</w:t>
            </w:r>
          </w:p>
        </w:tc>
      </w:tr>
      <w:tr xmlns:wp14="http://schemas.microsoft.com/office/word/2010/wordml" w:rsidTr="5D429CAF" w14:paraId="4BD76057" wp14:textId="77777777">
        <w:tc>
          <w:tcPr>
            <w:tcW w:w="115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75F2342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4582101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INFORMATIKA</w:t>
            </w:r>
          </w:p>
        </w:tc>
        <w:tc>
          <w:tcPr>
            <w:tcW w:w="3168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72BE5789" wp14:textId="77777777">
            <w:pPr>
              <w:jc w:val="left"/>
            </w:pPr>
            <w:r>
              <w:rPr>
                <w:color w:val="1F1F1F"/>
                <w:sz w:val="19"/>
              </w:rPr>
              <w:t>LAMIJA ZULČIĆ</w:t>
            </w:r>
          </w:p>
        </w:tc>
        <w:tc>
          <w:tcPr>
            <w:tcW w:w="1872" w:type="dxa"/>
            <w:shd w:val="clear" w:color="auto" w:fill="FABF8F" w:themeFill="accent6" w:themeFillTint="99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612B73F" wp14:textId="77777777">
            <w:pPr>
              <w:jc w:val="center"/>
            </w:pPr>
            <w:r>
              <w:rPr>
                <w:color w:val="1F1F1F"/>
                <w:sz w:val="19"/>
              </w:rPr>
              <w:t>INFORMATIKA</w:t>
            </w:r>
          </w:p>
        </w:tc>
      </w:tr>
      <w:tr xmlns:wp14="http://schemas.microsoft.com/office/word/2010/wordml" w:rsidTr="5D429CAF" w14:paraId="471B06A5" wp14:textId="77777777">
        <w:tc>
          <w:tcPr>
            <w:tcW w:w="115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41EDBE08" wp14:textId="77777777">
            <w:pPr>
              <w:jc w:val="center"/>
            </w:pPr>
            <w:r>
              <w:rPr>
                <w:color w:val="1F1F1F"/>
                <w:sz w:val="19"/>
              </w:rPr>
              <w:t>6.</w:t>
            </w:r>
          </w:p>
        </w:tc>
        <w:tc>
          <w:tcPr>
            <w:tcW w:w="388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4BA61D0" wp14:textId="77777777">
            <w:pPr>
              <w:jc w:val="left"/>
            </w:pPr>
            <w:r>
              <w:rPr>
                <w:b/>
                <w:color w:val="1F1F1F"/>
                <w:sz w:val="19"/>
              </w:rPr>
              <w:t>ENGLESKI JEZIK</w:t>
            </w:r>
          </w:p>
        </w:tc>
        <w:tc>
          <w:tcPr>
            <w:tcW w:w="3168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32EA8EDB" wp14:textId="77777777">
            <w:pPr>
              <w:jc w:val="left"/>
            </w:pPr>
            <w:r>
              <w:rPr>
                <w:color w:val="1F1F1F"/>
                <w:sz w:val="19"/>
              </w:rPr>
              <w:t>EDINA FEJZOVIĆ</w:t>
            </w:r>
          </w:p>
        </w:tc>
        <w:tc>
          <w:tcPr>
            <w:tcW w:w="1872" w:type="dxa"/>
            <w:shd w:val="clear" w:color="auto" w:fill="B8CCE4" w:themeFill="accent1" w:themeFillTint="66"/>
            <w:tcMar>
              <w:top w:w="90" w:type="dxa"/>
              <w:left w:w="100" w:type="dxa"/>
              <w:bottom w:w="90" w:type="dxa"/>
              <w:left w:w="100" w:type="dxa"/>
              <w:right w:w="100" w:type="dxa"/>
            </w:tcMar>
          </w:tcPr>
          <w:p w14:paraId="2E031A6C" wp14:textId="77777777">
            <w:pPr>
              <w:jc w:val="center"/>
            </w:pPr>
            <w:r>
              <w:rPr>
                <w:color w:val="1F1F1F"/>
                <w:sz w:val="19"/>
              </w:rPr>
              <w:t>18</w:t>
            </w:r>
          </w:p>
        </w:tc>
      </w:tr>
    </w:tbl>
    <w:sectPr w:rsidRPr="0006063C" w:rsidR="00FC693F" w:rsidSect="00034616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C2D14E"/>
    <w:rsid w:val="17BD9737"/>
    <w:rsid w:val="19AECB80"/>
    <w:rsid w:val="2358B9E9"/>
    <w:rsid w:val="26A0B756"/>
    <w:rsid w:val="32684DBC"/>
    <w:rsid w:val="342DC37B"/>
    <w:rsid w:val="3D90F08B"/>
    <w:rsid w:val="4C38F39B"/>
    <w:rsid w:val="4F576F0A"/>
    <w:rsid w:val="5D429CAF"/>
    <w:rsid w:val="5F373487"/>
    <w:rsid w:val="7223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E8F15E8F-1E12-4DCC-B0C6-63EA8A6277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Elza Gradaščević</lastModifiedBy>
  <revision>2</revision>
  <dcterms:created xsi:type="dcterms:W3CDTF">2013-12-23T23:15:00.0000000Z</dcterms:created>
  <dcterms:modified xsi:type="dcterms:W3CDTF">2026-10-19T11:06:50.2144716Z</dcterms:modified>
  <category/>
</coreProperties>
</file>